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🃏 כרטיסיות משימה לכל 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לוח בחירה - כלים לניתוח טקסט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אמצעי שכנוע, סוגה ומבנה 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ניתוח לשוני - בניינים, גזרות ומשלבים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סיכום ממוקד ותיאור דמות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שאלה רטורית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לחזק את הטענה בעובדות מספריות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סוג הטקסט לפי מאפייניו ומטרתו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נפעל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לשון רשמית וספרותית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מטרת הגרף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דמות סטטית לא משתנה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תקציר כולל רק נושא, רעיון מרכזי ופרטים תומכים עיקריים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מומחה נותן תוקף לדברים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לכן יש שלמים, חסרים, נחים ועוד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פנייה לרגש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התפעל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סיכום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משלב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שיא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(משכנע באמצעות רגשות או עובדות)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(תבנית דקדוקית של הפועל)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ג (סיווג פועל לפי אותיות השורש)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(רמת הפורמליות של השפה)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(דמות שמשתנה במהלך הסיפור)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הפעולות במשחק הלוח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בחרו רמה מתאימה - יסודי, חט״ב, חט״ע או עולים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לחצו על "לוח חדש" כדי ליצור לוח משימות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בחרו 3 משימות שיוצרות שורה, כולל המשבצת המרכזית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בצעו כל משימה בהתאם להנחיות שבכרטיס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סמנו משבצת לאחר שסיימתם לבצע אותה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תיאור ברור של שלושה שלבים בהתפתחות הדמות + נימוק מבוסס על אירועים בטקסט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 נכון של אמצעי שכנוע עם 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הבחנה ברורה בין שני סוגי הדמויות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ציון נושא ורעיון מרכזי כחלק מהתקציר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לקשר כל חלק בדף לכרטיס מתאים בלוח הבחירה חט״ע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לסיים בדיון קצר על הבחירה - אילו שלוש משימות הם היו בוחרים וליצור שורה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🃏 כרטיסיות משימה לכל 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לוח בחירה - כלים לניתוח טקסט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בלוח הבחירה חט״ע יש תשע משימות ניתוח טקסט - מאמצעי שכנוע ועד בניינים וגזרות. דף זה מתרגל את המושגים שעליהם מבוססות המשימות בלוח.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אמצעי שכנוע מופיע במשפט: "האם אינכם מרגישים שזו זכותנו?"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נתון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ציטוט מומחה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שאלה רטורית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דוגמה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מהי מטרתו של נתון סטטיסטי בטיעון?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לחזק את הטענה בעובדות מספריות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לגרום לקוראים לצחוק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לקצר את הטקסט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לשנות את הנושא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מהי "סוגה" של 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סוג הטקסט לפי מאפייניו ומטרתו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אורך הטקסט במילים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הכותב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המקום שבו פורסם הטקסט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בניין מבטא לרוב פעולה סבילה (שנעשית לנושא)?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הפעיל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פיעל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מהו משלב לשון גבוה?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לשון רשמית וספרותית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שפת דיבור יומיומית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סלנג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שפה מקצועית בלבד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 המתח בטקסט מראה את נקודות השיא והשפל של העניין לאורך הסיפור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דמות סטטית היא דמות שעוברת שינוי משמעותי במהלך הסיפור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תקציר ממוקד כולל את כל הפרטים הקטנים שבטקסט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ציטוט ממומחה הוא אמצעי שכנוע שמוסיף אמינות לטיעון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גזרה של פועל מתארת את מבנה האותיות בשורש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ה__________ הוא אמצעי שכנוע שמופנה ישירות לרגשות הקוראים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פועל בבניין __________ מבטא פעולה הדדית או חוזרת, כמו "התכתבו"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כתיבת __________ קצר דורשת לציין נושא, רעיון מרכזי ושני פרטים תומכים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ה__________ של טקסט הוא הסגנון הלשוני שבו הוא כתוב, גבוה או יומיומי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נקודת ה__________ בטקסט היא הרגע שבו המתח מגיע לשיאו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אמצעי שכנוע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תבנית דקדוקית של הפועל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בניין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רמת הפורמליות של השפה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גזרה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סיווג פועל לפי אותיות השורש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משלב לשון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דמות שמשתנה במהלך הסיפור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דמות דינמית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משכנע באמצעות רגשות או עובדות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הפעולות במשחק הלוח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בצעו כל משימה בהתאם להנחיות שבכרטיס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בחרו 3 משימות שיוצרות שורה, כולל המשבצת המרכזית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סמנו משבצת לאחר שסיימתם לבצע אותה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לחצו על "לוח חדש" כדי ליצור לוח משימות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בחרו רמה מתאימה - יסודי, חט״ב, חט״ע או עולים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טקסט שלמדתם וכתבו: איך הדמות הראשית מתוארת בהתחלה, בנקודת מפנה ובסוף? האם היא השתנתה ולמה?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אמצעי שכנוע אחד שלמדתם היום, ותנו דוגמה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דמות דינמית לדמות סטטית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שני דברים שחייבים להופיע בתקציר ממוקד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לוח בחירה - כלים לניתוח טקסט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