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אמצעי שכנוע, סוגה ומבנה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לשוני - בניינים, גזרות ומשלבים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ממוקד ותיאור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לחזק את הטענה בעובדות מספריות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סוג הטקסט לפי מאפייניו ומטרתו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לשון רשמית וספרותית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תקציר כולל רק נושא, רעיון מרכזי ופרטים תומכים עיקריים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מומחה נותן תוקף לדברים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לכן יש שלמים, חסרים, נחים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לרגש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(משכנע באמצעות רגשות או 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(תבנית דקדוקית של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(סיווג פועל לפי אותיות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(רמת הפורמליות של השפה)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שמשתנה במהלך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- יסודי, חט״ב, חט״ע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"לוח חדש" כדי ליצור לוח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3 משימות שיוצרות שורה, כולל המשבצת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בהתאם להנחיות שבכרטיס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סמנו משבצת לאחר שסיימתם לבצע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שלושה שלבים בהתפתחות הדמות + נימוק מבוסס על אירועים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שכנוע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שני סוגי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נושא ורעיון מרכזי כחלק מהתקציר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לכרטיס מתאים בלוח הבחירה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הבחירה - אילו שלוש משימות הם היו בוחרים וליצור שורה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ומושגים שקשורים לניתוח טקסטים, כמו אמצעי שכנוע וסוג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כותב משכנע את הקוראים, כמו שאלה רטורית או נתון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 לפי מאפייניו - סיפור, מאמר טיעון,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דקדוקית שבה בנוי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סיווג פועל לפי האותיות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הפורמליות של השפה - גבוהה או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המתח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עליות וירידות במתח לאורך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שעוברת שינוי במהלך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 ממוקד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 הכולל נושא, רעיון מרכזי ופרטים תומכים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שכנוע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מומחה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משתמשים במספרים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הטענה בעובדות מספריות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לקוראים לצחוק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סוגה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הטקסט לפי מאפייניו ומטרתו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הטקסט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המקום שבו פורסם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בניין הוא סביל?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משלב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רשמית וספרותית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שפת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מקצועית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המתח בטקסט מראה את נקודות השיא והשפל של העניין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היא דמות שעוברת שינוי משמעותי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תקציר ממוקד כולל את כל הפרטים הקטנים שבטקסט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ממומחה הוא אמצעי שכנוע שמוסיף אמינות לטיעון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של פועל מתארת את מבנה האותיות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אמצעי שכנוע שמופנה ישירות לרגשות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פועל בבניין __________ מבטא פעולה הדדית או חוזרת, כמו "התכתבו"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כתיבת __________ קצר דורשת לציין נושא, רעיון מרכזי ושני פרטים תומכים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טקסט הוא הסגנון הלשוני שבו הוא כתוב, גבוה או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נקודת ה__________ בטקסט היא הרגע שבו המתח מגיע לשיאו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אמצעי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רמת הפורמליות של השפה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משכנע באמצעות רגשות או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משלב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תבנית דקדוקית של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סיווג פועל לפי אותיות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משבצת לאחר שסיימתם לבצע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3 משימות שיוצרות שורה, כולל המשבצת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"לוח חדש" כדי ליצור לוח משימות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- יסודי, חט״ב, חט״ע או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כל משימה בהתאם להנחיות שבכרטיס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שלמדתם וכתבו: איך הדמות הראשית מתוארת בהתחלה, בנקודת מפנה ובסוף? האם היא השתנתה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אמצעי שכנוע אחד שלמדתם היום,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שחייבים להופיע בתקציר ממוקד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כלים לניתוח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