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- כלים לניתוח 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אמצעי שכנוע, סוגה ומבנה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ניתוח לשוני - בניינים, גזרות ומשלבים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סיכום ממוקד ותיאור 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שאלה רטורית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לחזק את הטענה בעובדות מספריות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מטרת הגרף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דמות סטטית לא משתנה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פנייה לרגש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(משכנע באמצעות רגשות או עובדות)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(תבנית דקדוקית של הפועל)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(סיווג פועל לפי אותיות השורש)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(רמת הפורמליות של השפה)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במשחק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רמה מתאימה - יסודי, חט״ב, חט״ע או 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לחצו על "לוח חדש" כדי ליצור לוח 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בחרו 3 משימות שיוצרות שורה, כולל המשבצת המרכזית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בצעו כל משימה בהתאם להנחיות שבכרטיס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אמצעי שכנוע עם 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הבחנה ברורה בין שני סוגי הדמויות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נושא ורעיון מרכזי כחלק מהתקציר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כל חלק בדף לכרטיס מתאים בלוח הבחירה חט״ע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בדיון קצר על הבחירה - אילו שלוש משימות הם היו בוחרים וליצור שורה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- כלים לניתוח 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בלוח הבחירה חט״ע יש תשע משימות ניתוח טקסט - מאמצעי שכנוע ועד בניינים וגזרות. דף זה מתרגל את המושגים שעליהם מבוססות המשימות בלוח.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פנייה לרגש  ·  סיכום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אמצעי שכנוע מופיע במשפט: "האם אינכם מרגישים שזו זכותנו?"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ציטוט מומחה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שאלה רטורית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מטרתו של נתון סטטיסטי בטיעון?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לחזק את הטענה בעובדות מספריות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לגרום לקוראים לצחוק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לקצר את הטקסט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 המתח בטקסט מראה את נקודות השיא והשפל של העניין לאורך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דמות סטטית היא דמות שעוברת שינוי משמעותי במהלך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הוא אמצעי שכנוע שמופנה ישירות לרגשות הקוראים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כתיבת __________ קצר דורשת לציין נושא, רעיון מרכזי ושני פרטים תומכים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אמצעי שכנוע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רמת הפורמליות של השפה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בניין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סיווג פועל לפי אותיות השורש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גזרה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תבנית דקדוקית של הפועל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משלב לשון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משכנע באמצעות רגשות או עובדות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הפעולות במשחק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בחרו 3 משימות שיוצרות שורה, כולל המשבצת המרכזית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בחרו רמה מתאימה - יסודי, חט״ב, חט״ע או עולים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בצעו כל משימה בהתאם להנחיות שבכרטיס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לחצו על "לוח חדש" כדי ליצור לוח משימות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אמצעי שכנוע אחד שלמדתם היום, ותנו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דמות דינמית לדמות סטטית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בחירה - כלים לניתוח טקסט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